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אגדה על הילדים שנדדו ביערות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נתן אלתרמן · שיר · שואה וגבורה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(אח ואחות) · 2–ג (אל תפחד) · 3–ג (אמיצה) · 4–א (לא)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(האח הקטן – מפוחד)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2–א · 3–ב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1–אירוניה · 2–תפנית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מאגדה גרמנית מספרי האחים גרים על בן ובת שתעו ביער.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אגדה על הילדים שנדדו ביערות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נתן אלתרמן · שיר · שואה וגבורה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אח ואחות הולכים ביער בלילה. האחות אומרת: אל תפחד. השיר מספר שאף אחד לא בא לעזור להם.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הולכים ביער?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אח ואחות     ב. שני חברים     ג. מלך ומלכה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אומרת האחות?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לך הביתה     ב. שב פה     ג. אל תפחד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איך האחות?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ישנה     ב. כועסת     ג. אמיצה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האם הגיע מלאך לעזור?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לא     ב. כן     ג. אולי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 – כואב ואירוני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האח הקטן – כואב ואירוני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האחות – אמיצה ואחראית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האחות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מפוחד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האח הקטן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כואב ואירוני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אמיצה ואחראית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ניגוד   |   אירוניה   |   תפנית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פער בין מה שנאמר או מצופה לבין מה שקורה באמת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רגע בעלילה שבו המצב משתנה באופן מפתיע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מאיזה מקור לקוח הסיפור שבפתיחת השיר?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פירוש להיות "אח גדול" או "אחות גדולה" למישהו – גם מחוץ למשפחה?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אגדה על הילדים שנדדו ביערות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מ"אגדה על הילדים שנדדו ביערות":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