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משאלות</w:t>
      </w:r>
    </w:p>
    <w:p>
      <w:pPr>
        <w:bidi/>
        <w:jc w:val="right"/>
      </w:pPr>
      <w:r>
        <w:rPr>
          <w:rFonts w:ascii="Arial" w:hAnsi="Arial" w:cs="Arial"/>
          <w:b w:val="0"/>
          <w:color w:val="555555"/>
          <w:rtl/>
        </w:rPr>
        <w:t>אסתר ראב · שיר · שירה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(עצים יפים) · 2–א (אני רוצה) · 3–ב (חיים שלווים ומשפחה) · 4–א (עצים יפים) · 5–ב (מלחמות)</w:t>
      </w:r>
    </w:p>
    <w:p>
      <w:pPr>
        <w:bidi/>
        <w:spacing w:after="60"/>
        <w:jc w:val="right"/>
      </w:pPr>
      <w:r>
        <w:rPr>
          <w:rFonts w:ascii="Arial" w:hAnsi="Arial" w:cs="Arial"/>
          <w:b w:val="0"/>
          <w:rtl/>
        </w:rPr>
        <w:t>תרגיל 2: 1–לא נכון (היקירים שלה – משפחה וקרובים) · 2–נכון</w:t>
      </w:r>
    </w:p>
    <w:p>
      <w:pPr>
        <w:bidi/>
        <w:spacing w:after="60"/>
        <w:jc w:val="right"/>
      </w:pPr>
      <w:r>
        <w:rPr>
          <w:rFonts w:ascii="Arial" w:hAnsi="Arial" w:cs="Arial"/>
          <w:b w:val="0"/>
          <w:rtl/>
        </w:rPr>
        <w:t>תרגיל 3: 1) עצים יפים; ובמקום מדי צבא – בגדים צבעוניים (כתונת פסים) לכל יקיריה. | 2) כדורים אדומים מתגלגלים בשבילים, בגדי תינוק תלויים על החבל, בתים מלאים תינוקות. | 3) גשם, רעם וברק, תלמים מוריקים, פרחים לבנים, פרחי בר בנקיקים.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2–ב · 3–ד · 4–א</w:t>
      </w:r>
    </w:p>
    <w:p>
      <w:pPr>
        <w:bidi/>
        <w:spacing w:after="60"/>
        <w:jc w:val="right"/>
      </w:pPr>
      <w:r>
        <w:rPr>
          <w:rFonts w:ascii="Arial" w:hAnsi="Arial" w:cs="Arial"/>
          <w:b w:val="0"/>
          <w:rtl/>
        </w:rPr>
        <w:t>תרגיל 5: 1–ניגוד · 2–דימוי · 3–סמל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הם סימן לחיים רגילים ושקטים בבית – משפחה, ילדים, כביסה ביום יום. השלווה נמצאת בדברים הקטנים.</w:t>
      </w:r>
    </w:p>
    <w:p>
      <w:pPr>
        <w:bidi/>
        <w:spacing w:after="60"/>
        <w:jc w:val="right"/>
      </w:pPr>
      <w:r>
        <w:rPr>
          <w:rFonts w:ascii="Arial" w:hAnsi="Arial" w:cs="Arial"/>
          <w:b w:val="0"/>
          <w:rtl/>
        </w:rPr>
        <w:t>תרגיל 7: כדי להדגיש את הבחירה בחיים, בצמיחה וביופי במקום במאבק ובאובדן; זו משאלה לשלום לכל יקיריה.</w:t>
      </w:r>
    </w:p>
    <w:p>
      <w:pPr>
        <w:bidi/>
        <w:spacing w:after="60"/>
        <w:jc w:val="right"/>
      </w:pPr>
      <w:r>
        <w:rPr>
          <w:rFonts w:ascii="Arial" w:hAnsi="Arial" w:cs="Arial"/>
          <w:b w:val="0"/>
          <w:rtl/>
        </w:rPr>
        <w:t>תרגיל 8: תשובה אישית: הרשימה יוצרת שפע של תמונות, קצב של תפילה, ומדגישה כמה דברים טובים אפשר לבקש.</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ההבדל בין משאלות גדולות לבין משאלות לחיים רגילים ושקטים? למה דווקא הדברים הרגילים יכולים להיות המשאלה הגדולה?</w:t>
      </w:r>
    </w:p>
    <w:p>
      <w:pPr>
        <w:bidi/>
        <w:jc w:val="right"/>
      </w:pPr>
      <w:r>
        <w:rPr>
          <w:rFonts w:ascii="Arial" w:hAnsi="Arial" w:cs="Arial"/>
          <w:b w:val="0"/>
          <w:rtl/>
        </w:rPr>
        <w:t>• שמרו על דיון ערכי על שלום וחיים, בלי דיון פוליטי; שיתוף אישי הוא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משאלות</w:t>
      </w:r>
    </w:p>
    <w:p>
      <w:pPr>
        <w:bidi/>
        <w:jc w:val="right"/>
      </w:pPr>
      <w:r>
        <w:rPr>
          <w:rFonts w:ascii="Arial" w:hAnsi="Arial" w:cs="Arial"/>
          <w:b w:val="0"/>
          <w:color w:val="555555"/>
          <w:rtl/>
        </w:rPr>
        <w:t>אסתר ראב · שיר · שירה</w:t>
      </w:r>
    </w:p>
    <w:p>
      <w:pPr>
        <w:bidi/>
        <w:jc w:val="right"/>
      </w:pPr>
      <w:r>
        <w:rPr>
          <w:rFonts w:ascii="Arial" w:hAnsi="Arial" w:cs="Arial"/>
          <w:b w:val="0"/>
          <w:rtl/>
        </w:rPr>
        <w:t>תזכורת קצרה: הדוברת מונה את משאלותיה בזו אחר זו. היא רוצה צהלה של פריחה בפרדסים ליד הים, פרחים לבנים בגנים, כדורים אדומים של ילדים מתגלגלים בשבילים ובגדי תינוק תלויים על החבל ומאותתים שלווה. היא אומרת במפורש שהיא רוצה עצים יפים ולא מלחמות, ובגדי צבעים ולא מדי צבא לכל יקיריה. היא מבקשת גשם, תלמים מוריקים, בתים מלאים תינוקות, רעם וברק בשמיים, פרחי בר בנקיקים ואורוות על מצע ריחני של מחטים. כל המשאלות יחד יוצרות תמונה של חיים רגילים, פוריים ושקטים.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רוצה הדוברת במקום מלחמות?</w:t>
      </w:r>
    </w:p>
    <w:p>
      <w:pPr>
        <w:bidi/>
        <w:spacing w:after="120"/>
        <w:jc w:val="right"/>
      </w:pPr>
      <w:r>
        <w:rPr>
          <w:rFonts w:ascii="Arial" w:hAnsi="Arial" w:cs="Arial"/>
          <w:b w:val="0"/>
          <w:rtl/>
        </w:rPr>
        <w:t xml:space="preserve">     א. ארמונות     ב. עצים יפים     ג. זהב     ד. מכוניות</w:t>
      </w:r>
    </w:p>
    <w:p>
      <w:pPr>
        <w:bidi/>
        <w:jc w:val="right"/>
      </w:pPr>
      <w:r>
        <w:rPr>
          <w:rFonts w:ascii="Arial" w:hAnsi="Arial" w:cs="Arial"/>
          <w:b w:val="0"/>
          <w:rtl/>
        </w:rPr>
        <w:t>2) איזו מילה חוזרת ויוצרת קצב של בקשה?</w:t>
      </w:r>
    </w:p>
    <w:p>
      <w:pPr>
        <w:bidi/>
        <w:spacing w:after="120"/>
        <w:jc w:val="right"/>
      </w:pPr>
      <w:r>
        <w:rPr>
          <w:rFonts w:ascii="Arial" w:hAnsi="Arial" w:cs="Arial"/>
          <w:b w:val="0"/>
          <w:rtl/>
        </w:rPr>
        <w:t xml:space="preserve">     א. אני רוצה     ב. אולי     ג. מחר     ד. תמיד</w:t>
      </w:r>
    </w:p>
    <w:p>
      <w:pPr>
        <w:bidi/>
        <w:jc w:val="right"/>
      </w:pPr>
      <w:r>
        <w:rPr>
          <w:rFonts w:ascii="Arial" w:hAnsi="Arial" w:cs="Arial"/>
          <w:b w:val="0"/>
          <w:rtl/>
        </w:rPr>
        <w:t>3) מה מסמלים בגדי התינוק על החבל?</w:t>
      </w:r>
    </w:p>
    <w:p>
      <w:pPr>
        <w:bidi/>
        <w:spacing w:after="120"/>
        <w:jc w:val="right"/>
      </w:pPr>
      <w:r>
        <w:rPr>
          <w:rFonts w:ascii="Arial" w:hAnsi="Arial" w:cs="Arial"/>
          <w:b w:val="0"/>
          <w:rtl/>
        </w:rPr>
        <w:t xml:space="preserve">     א. עוני     ב. חיים שלווים ומשפחה     ג. מלחמה     ד. חורף קר</w:t>
      </w:r>
    </w:p>
    <w:p>
      <w:pPr>
        <w:bidi/>
        <w:jc w:val="right"/>
      </w:pPr>
      <w:r>
        <w:rPr>
          <w:rFonts w:ascii="Arial" w:hAnsi="Arial" w:cs="Arial"/>
          <w:b w:val="0"/>
          <w:rtl/>
        </w:rPr>
        <w:t>4) מה הדוברת רוצה?</w:t>
      </w:r>
    </w:p>
    <w:p>
      <w:pPr>
        <w:bidi/>
        <w:spacing w:after="120"/>
        <w:jc w:val="right"/>
      </w:pPr>
      <w:r>
        <w:rPr>
          <w:rFonts w:ascii="Arial" w:hAnsi="Arial" w:cs="Arial"/>
          <w:b w:val="0"/>
          <w:rtl/>
        </w:rPr>
        <w:t xml:space="preserve">     א. עצים יפים     ב. מלחמות     ג. רעש</w:t>
      </w:r>
    </w:p>
    <w:p>
      <w:pPr>
        <w:bidi/>
        <w:jc w:val="right"/>
      </w:pPr>
      <w:r>
        <w:rPr>
          <w:rFonts w:ascii="Arial" w:hAnsi="Arial" w:cs="Arial"/>
          <w:b w:val="0"/>
          <w:rtl/>
        </w:rPr>
        <w:t>5) מה היא לא רוצה?</w:t>
      </w:r>
    </w:p>
    <w:p>
      <w:pPr>
        <w:bidi/>
        <w:spacing w:after="120"/>
        <w:jc w:val="right"/>
      </w:pPr>
      <w:r>
        <w:rPr>
          <w:rFonts w:ascii="Arial" w:hAnsi="Arial" w:cs="Arial"/>
          <w:b w:val="0"/>
          <w:rtl/>
        </w:rPr>
        <w:t xml:space="preserve">     א. גשם     ב. מלחמות     ג. פרחים</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היקירים שלה – אוהבת חיים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הדוברת – אוהבת חיים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הדוברת רוצה במקום מלחמות?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אילו סימנים של ילדים ותינוקות מופיעים בשיר?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אילו תופעות טבע מבקשת הדוברת?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התינוקות והגשם מסמלים המשכיות, פריון ותקווה.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"אני רוצה" חוזר ויוצר קצב של בקשה ותפילה.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עצים מול מלחמות, כתונת צבעונית מול מדי צבא – בחירה בחיים.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תמונות חושיות של צבעים, קולות וריחות: כדורים אדומים, פרחים לבנים, מצע ריחני.</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סיפור עם   |   דימוי   |   סמל   |   ניגוד</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השוואה בין שני דברים בעזרת מילת השוואה: כמו, כ־, דומה ל־</w:t>
      </w:r>
    </w:p>
    <w:p>
      <w:pPr>
        <w:bidi/>
        <w:spacing w:after="120"/>
        <w:jc w:val="right"/>
      </w:pPr>
      <w:r>
        <w:rPr>
          <w:rFonts w:ascii="Arial" w:hAnsi="Arial" w:cs="Arial"/>
          <w:b w:val="0"/>
          <w:rtl/>
        </w:rPr>
        <w:t>3)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מסמלים בגדי התינוק על החבל ש"מאותתים שלווה"?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הדוברת מעמידה זה מול זה עצים ומלחמות, כתונת צבעונית ומדי צבא?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בנוי כרשימה של משאלות. האם המבנה הזה יעיל?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שיר "משאלות" משלכם בשביל הכיתה או השכונה: חמש שורות שכל אחת מתחילה ב"אני רוצה" וכוללת תמונה מן החיים.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משאלות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