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רגיל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מהדורה למורה – יחידה: שואה וגבורה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4 יצירות · ספרות לכיתה ז׳ – מסע ביצירות · גרסת רגיל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(אגדה על בן ובת שתעו ביער) · 2–א (חופש ותקווה) · 3–א (חמש) · 4–א (קיטי)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1–א · 2–ד · 3–ב · 4–ג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ב׳ – מושגים וכלים ספרותיים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תשובות פתוחות: לבדוק התאמה ונימוק מן היצירות.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הפרפר – הדובר – מתגעגע – סמל; קטעים מיומנה של נערה – אנה – כנה ורגישה – מספר; הליכה לקיסריה – הדוברת – מתפעלת ואוהבת – חריזה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ג׳ – חשיבה וכתיבה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מחוון: השוואה בשני צדדים לפחות (4), ראיות מהיצירות (3), מסקנה מנומקת (3).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מחוון משימת הסיכום: הבנת היצירה והקשרה (25); הסבר סמל או אמצעי (20); תגובה אישית מנומקת ומכבדת (20); יצירה מקורית בתגובה (25); לשון, סדר והגשה (10)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מאפייני הסוגה: ספרות עדות: יומנים, מכתבים ושירים שנכתבו בזמן האירועים · ספרות זיכרון: יצירות שנכתבו כדי לזכור ולהזכיר · קול אישי – "אני" שמספר את החוויה מבפנים · סמלים מן הטבע (פרפר, ים, יער) במקום תיאורים ישירים · שילוב של כאב ותקווה, אובדן ואומץ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רגיל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יחידה: שואה וגבורה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4 יצירות · 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השאלה הגדולה: איך שומרים על קולו של אדם – ועל תקוותו – גם בתקופה החשוכה ביותר? — ביחידה הזאת נפגוש קולות של ילדים, בני נוער ומבוגרים מתקופת השואה ומן הזיכרון שלה: שיר של צעיר מגטו, יומן של נערה, שיר תפילה של צנחנית אמיצה ושיר של משורר שהגיב לאירועים מרחוק. לא נתמקד בתיאורים קשים אלא באנשים עצמם – ברגשות, בחברות, באומץ ובתקווה. כל שיתוף אישי בשיעורים הוא רשות.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בסוגריים – שם היצירה.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(אגדה על הילדים שנדדו ביערות) על איזו אגדה מבוסס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אגדה על בן ובת שתעו ביער     ב. היפהפייה הנרדמת     ג. סינדרלה     ד. שלגיה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(הפרפר) מה מסמל הפרפר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חופש ותקווה     ב. פחד     ג. חורף     ד. משחק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(הליכה לקיסריה) כמה שורות יש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חמש     ב. עשר     ג. שלוש     ד. שתים עשרה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(קטעים מיומנה של נערה) מה שם החברה הדמיונית שלה כותבת אנה?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קיטי     ב. ליס     ג. מרגוט     ד. אלזה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התאימו כל יצירה ליוצר/ת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יוצר/ת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אגדה על הילדים שנדדו ביערות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נתן אלתרמן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הפרפר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חנה סנש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הליכה לקיסריה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אנה פרנק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קטעים מיומנה של נערה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פאבל פרידמן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ב׳ – מושגים וכלים ספרותיים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לכל מאפיין של הסוגה – כתבו דוגמה מיצירה שלמדנו ביחידה.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מאפיין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דוגמה מיצירה ביחידה (שם היצירה + פרט)</w:t>
            </w:r>
          </w:p>
        </w:tc>
      </w:tr>
      <w:tr>
        <w:trPr>
          <w:trHeight w:val="907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ספרות עדות: יומנים, מכתבים ושירים שנכתבו בזמן האירועים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907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ספרות זיכרון: יצירות שנכתבו כדי לזכור ולהזכיר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907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קול אישי – "אני" שמספר את החוויה מבפנים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907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סמלים מן הטבע (פרפר, ים, יער) במקום תיאורים ישירים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907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שילוב של כאב ותקווה, אובדן ואומץ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השוואה – "הטבע כחלון לתקווה":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מרכזית ותכונה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כלי ספרותי בולט</w:t>
            </w:r>
          </w:p>
        </w:tc>
      </w:tr>
      <w:tr>
        <w:trPr>
          <w:trHeight w:val="907" w:hRule="atLeast"/>
        </w:trP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הפרפר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907" w:hRule="atLeast"/>
        </w:trP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קטעים מיומנה של נערה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907" w:hRule="atLeast"/>
        </w:trP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הליכה לקיסריה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ג׳ – חשיבה וכתיבה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משימת השוואה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בשלוש היצירות הטבע מופיע כמקור של יופי ותקווה (פרפר, שמיים מבעד לחלון, ים וחול). השוו: מה הטבע מסמל בכל יצירה, ומה ההבדל בין מי שרואה אותו בחופש לבין מי שרואה אותו מתוך מקום סגור?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את התכנון: אילו יצירות בחרתם, מה הרגע המרכזי בכל אחת, ואיזה כלי ספרותי תנתחו.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תכנון משימת הסיכום: הכינו "פינת זיכרון וקול" לכיתה: בחרו יצירה אחת מן היחידה וכתבו כרטיס הכולל הצגה קצרה של הכותב/ת (בעדינות ובכבוד), שורה או רעיון מרכזי, הסבר של סמל אחד, ומשפט אישי על מה שהיצירה מלמדת אתכם. לאחר מכן צרו יצירה קטנה משלכם בתגובה – שיר, מכתב או ציור עם כיתוב – המבטאת תקווה או זיכרון.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יחידה: שואה וגבורה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איזה רגע או משפט מן היצירה נגע בי?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איזה סמל למדנו ומה הוא מבטא?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מילה אחת שאני לוקח/ת איתי מהשיעור.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